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0"/>
        <w:jc w:val="center"/>
      </w:pPr>
      <w:r>
        <w:rPr>
          <w:b/>
          <w:color w:val="1F4E79"/>
          <w:sz w:val="52"/>
        </w:rPr>
        <w:t>คัมภีร์ลับ Suno AI v5.5: รวมเทคนิคและตารางคำสั่งขั้นสูง (ฉบับปรับปรุงสมบูรณ์ v4)</w:t>
        <w:br/>
        <w:t>(The Ultimate Suno AI Prompting &amp; Meta-Tags Handbook v4)</w:t>
      </w:r>
    </w:p>
    <w:p>
      <w:pPr>
        <w:spacing w:after="480"/>
        <w:jc w:val="center"/>
      </w:pPr>
      <w:r>
        <w:rPr>
          <w:i/>
          <w:color w:val="7F7F7F"/>
          <w:sz w:val="24"/>
        </w:rPr>
        <w:t xml:space="preserve">อัปเดตขั้นสุดยอด: เพิ่มเทคนิคเอฟเฟกต์ไมค์/สตูดิโอ, การคุมจังหวะเปลี่ยนความเร็ว, คำสั่งคอรัส/แอดลิบ, เทคนิคพิมพ์หลอก AI, </w:t>
        <w:br/>
        <w:t>สูตรเสียง Echo สะกดอารมณ์คนฟังให้อึ้งสตั้น และวิธีแก้ปัญหาภาษาไทยเพี้ยนในเวอร์ชัน 5.5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บทนำ: ทำความเข้าใจระบบสั่งการของ Suno AI</w:t>
      </w:r>
    </w:p>
    <w:p>
      <w:r>
        <w:t>การสร้างสรรค์ผลงานเพลงใน Suno AI ให้ได้ผลลัพธ์ที่ตรงตามจินตนาการและมีความแม่นยำสูง จำเป็นต้องเข้าใจการทำงานของกลไกการรับคำสั่ง ซึ่งแบ่งออกเป็น 2 ส่วนหลักที่มีหน้าที่แยกจากกันอย่างชัดเจน:</w:t>
      </w:r>
    </w:p>
    <w:p>
      <w:r>
        <w:rPr>
          <w:b/>
        </w:rPr>
        <w:t xml:space="preserve">1. ช่อง Style of Music (สไตล์เพลง): </w:t>
      </w:r>
      <w:r>
        <w:t>ใช้สำหรับระบุแนวเพลง อารมณ์ เครื่องดนตรีหลัก และคาแรคเตอร์ของเสียงร้องหลัก (Vocal Tone) ช่องนี้เปรียบเสมือนการเลือก 'วงดนตรี' และ 'นักร้อง' เข้ามาในห้องอัด มีข้อจำกัดที่ความยาวไม่เกิน 1,000 ตัวอักษร</w:t>
        <w:br/>
      </w:r>
      <w:r>
        <w:rPr>
          <w:b/>
        </w:rPr>
        <w:t xml:space="preserve">2. ช่อง Lyrics (เนื้อร้อง): </w:t>
      </w:r>
      <w:r>
        <w:t>ใช้สำหรับใส่คำร้อง และที่สำคัญคือเป็นพื้นที่สำหรับใส่ Meta-Tags (คำสั่งในวงเล็บเหลี่ยม [ ]) และคำสั่งจำลองอารมณ์/เอฟเฟกต์ เพื่อทำหน้าที่เป็นผู้กำกับ (Director) คอยควบคุมจังหวะ ระดับเสียง และการแสดงออกของนักร้องรายคำ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1: เทคนิคการเขียนในช่อง Style of Music</w:t>
      </w:r>
    </w:p>
    <w:p>
      <w:r>
        <w:t>เนื่องจากข้อจำกัด 1,000 ตัวอักษร การเรียงลำดับคำสำคัญ (Keyword Ordering) จึงมีผลอย่างมากต่อการประมวลผลของ AI โดยเฉพาะในเวอร์ชัน v5.5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สูตรการเรียงคีย์เวิร์ดที่มีประสิทธิภาพสูงสุด (Priority Pattern):</w:t>
      </w:r>
    </w:p>
    <w:p>
      <w:pPr>
        <w:ind w:left="360"/>
      </w:pPr>
      <w:r>
        <w:rPr>
          <w:i/>
        </w:rPr>
        <w:t>[Primary Genre], [Sub-genre], [Vocal Style &amp; Tone], [Main Instruments], [Mood &amp; Tempo]</w:t>
      </w:r>
    </w:p>
    <w:p>
      <w:r>
        <w:t xml:space="preserve">• ตัวอย่างการเขียน: </w:t>
      </w:r>
      <w:r>
        <w:t>modern 1990s pop, acoustic pop, clear emotional female vocals, sweet tone, wide vocal range, dynamic vocals, acoustic guitar, grand piano, slow tempo, heartfelt mood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กฎเหล็กเพื่อรักษาความต่อเนื่องของเสียงร้อง (Vocal Consistency):</w:t>
      </w:r>
    </w:p>
    <w:p>
      <w:r>
        <w:t>1. ห้ามเปลี่ยนคำอธิบายเสียงร้องเด็ดขาดเมื่อใช้ฟีเจอร์ Remix หากต้องการนักร้องคนเดิม ดนตรีและทำนองจะถูกเจนใหม่ แต่โทนเสียงร้องจะคงเดิม</w:t>
        <w:br/>
        <w:t>2. แยกคำสั่งทางเทคนิค (เช่น การสั่งหยุดดนตรี หรือโครงสร้างเพลง) ออกจากช่อง Style แล้วย้ายมาใส่ในช่อง Lyrics แทน เพื่อประหยัดพื้นที่และไม่ทำให้โทนเสียงเพี้ยน</w:t>
        <w:br/>
        <w:t>3. ใส่คำขยายเสียงร้องให้ละเอียดมากกว่าแค่คำว่า 'Female vocals' เช่น ใช้คำว่า 'intimate sweet female pop vocals' เพื่อล็อกคาแรคเตอร์ให้แคบลง</w:t>
        <w:br/>
        <w:t>4. บังคับคีย์เสียงร้องล่วงหน้า: ต้องใส่คำว่า wide vocal range, dynamic vocals หรือ expressive vocals ในช่อง Style ทุกครั้ง เพื่อเปิดโหมดให้ AI ยอมไล่เสียงสูง-ต่ำตามสั่งในช่องเนื้อร้อง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2: โครงสร้างเพลงมาตรฐาน (Song Structure Meta-Tags)</w:t>
      </w:r>
    </w:p>
    <w:p>
      <w:r>
        <w:t>แท็กเหล่านี้ต้องใส่ในช่อง Lyrics โดยแนะนำให้พิมพ์แยกบรรทัด และใช้อักษรตัวพิมพ์ใหญ่ในวงเล็บเหลี่ยม เพื่อจัดสัดส่วนของเพลงให้ชัดเจน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D9E1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Meta-Tag</w:t>
            </w:r>
          </w:p>
        </w:tc>
        <w:tc>
          <w:tcPr>
            <w:tcW w:type="dxa" w:w="3120"/>
            <w:shd w:val="clear" w:color="auto" w:fill="D9E1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คำอธิบายการใช้งาน</w:t>
            </w:r>
          </w:p>
        </w:tc>
        <w:tc>
          <w:tcPr>
            <w:tcW w:type="dxa" w:w="3120"/>
            <w:shd w:val="clear" w:color="auto" w:fill="D9E1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ตัวอย่างการเขียนคู่กับเนื้อร้อง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[Intro]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ท่อนเปิดตัวเพลง สั่งให้เตรียมพร้อมดนตรีหรือเสียงร้องเปิดประโยค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[Intro]</w:t>
              <w:br/>
              <w:t>[Acoustic Guitar Solo]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[Verse]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ท่อนเนื้อร้อง เล่าเรื่องราว มักใช้เสียงร้องในระดับปกติ ไม่โวยวาย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[Verse 1]</w:t>
              <w:br/>
              <w:t>เหม่อมองฟ้าในคืนที่เงียบงัน...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[Pre-Chorus]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ท่อนส่งดนตรี เพื่อเพิ่มความเร่งเร้าหรือบิ้วด์อารมณ์ก่อนเข้าท่อนฮุค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[Pre-Chorus]</w:t>
              <w:br/>
              <w:t>[Build-up]</w:t>
              <w:br/>
              <w:t>และในตอนนี้หัวใจมันเริ่มสั่น...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[Chorus]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ท่อนฮุค หรือท่อนจำของเพลง ดนตรีจะพีคที่สุด นักร้องจะใช้พลังเสียงมากที่สุด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[Chorus]</w:t>
              <w:br/>
              <w:t>[Power Vocals]</w:t>
              <w:br/>
              <w:t>รักเธอเท่าฟ้าแต่เธอมาทิ้งไป...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[Bridge]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ท่อนเปลี่ยนอารมณ์เพลง มักจะเปลี่ยนทางคอร์ด หรือลดเครื่องดนตรีลงเพื่อให้แปลกตา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[Bridge]</w:t>
              <w:br/>
              <w:t>[Piano Only]</w:t>
              <w:br/>
              <w:t>หากวันนั้นฉันไม่ทำพลาดไป...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[Hook]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ท่อนสั้นๆ ที่เน้นย้ำคำสำคัญซ้ำๆ เพื่อให้ติดหู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[Hook]</w:t>
              <w:br/>
              <w:t>(คิดถึงเธอ... คิดถึงเธอ...)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[Interlude]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ท่อนดนตรีคั่นระหว่างท่อนร้อง เพื่อให้เพลงมีช่องหายใจ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[Instrumental Interlude]</w:t>
              <w:br/>
              <w:t>[Saxophone Solo]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[Outro]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ท่อนจบของเพลง ดนตรีจะค่อยๆ เบาลง หรือทิ้งท้ายด้วยเสียงร้องสด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[Outro]</w:t>
              <w:br/>
              <w:t>[Fade Out]</w:t>
              <w:br/>
              <w:t>[End]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3: เทคนิคควบคุมเสียงร้องขั้นสูง (Vocal Meta-Tags &amp; Cues)</w:t>
      </w:r>
    </w:p>
    <w:p>
      <w:r>
        <w:t>สำหรับควบคุมเทคนิคเฉพาะของนักร้องในแต่ละบรรทัด ช่วยเพิ่มมิติอารมณ์ให้เหมือนนักร้องมืออาชีพ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E2EFDA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Meta-Tag</w:t>
            </w:r>
          </w:p>
        </w:tc>
        <w:tc>
          <w:tcPr>
            <w:tcW w:type="dxa" w:w="3120"/>
            <w:shd w:val="clear" w:color="auto" w:fill="E2EFDA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ผลลัพธ์ดนตรี / เสียงร้อง</w:t>
            </w:r>
          </w:p>
        </w:tc>
        <w:tc>
          <w:tcPr>
            <w:tcW w:type="dxa" w:w="3120"/>
            <w:shd w:val="clear" w:color="auto" w:fill="E2EFDA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เทคนิคการประยุกต์ใช้ใน v5.5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[Tacet]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ดนตรีทุกชิ้นหยุดเงียบสนิทฉับพลัน เหลือแต่เสียงร้องโดดๆ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ยัดไว้กลางประโยคก่อนถึงคำสำคัญ เช่น:</w:t>
              <w:br/>
              <w:t>รักเธอแต่วันนี้ [Tacet] เธอ กลับทิ้งไป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[Acapella]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ร้องสดแบบไม่มีเครื่องดนตรีใดๆ เลยตั้งแต่ต้นท่อน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นิยมใช้เปิดเพลงคู่กับคำสั่งโครงสร้าง เช่น</w:t>
              <w:br/>
              <w:t>[Acapella Intro]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[Whisper]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เปลี่ยนเนื้อร้องท่อนนั้นให้เป็นเสียงกระซิบเบาๆ คล้ายลมหายใจ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เหมาะกับท่อน Bridge หรือท่อนสารภาพรัก</w:t>
              <w:br/>
              <w:t>[Whisper]</w:t>
              <w:br/>
              <w:t>(อย่าไปจากฉันเลย...)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[Spoken Word]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เปลี่ยนจากทำนองร้อง เป็นการพูดพึมพำหรือบ่นตามจังหวะ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นิยมใช้ในแนวเพลง Rap, Hip-hop หรือช่วงเกริ่นนำของเพลงเพื่อความดรามาติก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[Harmony]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เพิ่มเสียงประสาน (Chorus ไลน์สอง) ให้กับเสียงร้องหลัก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ใส่ไว้หน้าท่อนฮุคเพื่อความทรงพลัง</w:t>
              <w:br/>
              <w:t>[Chorus]</w:t>
              <w:br/>
              <w:t>[Harmony]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[Vocal Fry]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เพิ่มเทคนิคเสียงเค้นในคอ เสียงแหบเสน่ห์แฝงอารมณ์ดิบ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ได้ผลดีในเพลงแนว Rock, Blues หรือ Soul อารมณ์เศร้าจัดๆ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[Melisma]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ร้องเอื้อนลากเสียงยาว มีลูกคอหลายชั้น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ใส่ไว้ท้ายคำสุดท้ายของท่อนฮุค หรือท่อน Outro เพื่อโชว์พลังเสียง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[Duet: Male/Female]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สั่งให้สลับนักร้องชายและหญิง (ต้องระบุในช่อง Style ว่ามีทั้งคู่)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วางสลับกันในแต่ละท่อน:</w:t>
              <w:br/>
              <w:t>[Verse 1 - Male]</w:t>
              <w:br/>
              <w:t>[Verse 2 - Female]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4: เทคนิคเสียงหายใจ ถอนหายใจ และเสียงไมโครเอ็กซ์เพรสชัน</w:t>
      </w:r>
    </w:p>
    <w:p>
      <w:r>
        <w:t>เสียงสอดแทรกของมนุษย์ (Micro-expressions) ในเวอร์ชัน v5.5 ช่วยดึงอารมณ์ร่วมให้เพลงดูมีชีวิตชีวาเหมือนจริงมากที่สุด โดยใช้การเขียนแท็กเหลี่ยม [ ] คู่กับวงเล็บโค้ง ( ) เพื่อไกด์จังหวะ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ตารางคำสั่งเสียงหายใจและเสียงถอนหายใจ (Breathing &amp; Sighs):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F2F2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เสียงที่ต้องการ</w:t>
            </w:r>
          </w:p>
        </w:tc>
        <w:tc>
          <w:tcPr>
            <w:tcW w:type="dxa" w:w="3120"/>
            <w:shd w:val="clear" w:color="auto" w:fill="F2F2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โค้ดพิมพ์ในช่อง Lyrics</w:t>
            </w:r>
          </w:p>
        </w:tc>
        <w:tc>
          <w:tcPr>
            <w:tcW w:type="dxa" w:w="3120"/>
            <w:shd w:val="clear" w:color="auto" w:fill="F2F2F2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เทคนิคการใช้งาน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เสียงถอนหายใจยาวๆ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[Heavy sigh]</w:t>
              <w:br/>
              <w:t>(Haaah...)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นิยมใช้เปิดท่อนเพลงเศร้า หรือคั่นกลางระหว่างประโยคประชดประชัน ท้อแท้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เสียงสูดหายใจเข้าเบาๆ ก่อนร้อง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[Soft inhale]</w:t>
              <w:br/>
              <w:t>(hss...)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วางไว้บรรทัดแรกสุดก่อนเริ่มคำแรกของประโยค บีบให้ AI สูดลมหายใจเข้าก่อนเปล่งเสียง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เสียงผ่อนลมหายใจออก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[Exhale]</w:t>
              <w:br/>
              <w:t>(heuuu...)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วางไว้ท้ายประโยคหลังจากร้องจบคำสุดท้าย เพื่อทิ้งอารมณ์เพลงให้ดิ่งลึก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เสียงหายใจหอบ / เหนื่อยกระชั้น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[Panting]</w:t>
              <w:br/>
              <w:t>(ha... ha... ha...)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เหมาะกับเพลงเร็ว เพลงตื่นเต้น หรือท่อนแร็ปรัวๆ ที่ต้องการความสมจริง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เสียงสะดุ้งสูดหายใจ (ตกใจ)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[Gasp]</w:t>
              <w:br/>
              <w:t>(Gasp!)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ใส่ไว้ก่อนคำสำคัญที่แสดงจุดหักมุมของเนื้อเพลงเพื่อเพิ่มความดรามาติก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เสียงลมหายใจสั่นเครือ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[Trembling breath]</w:t>
              <w:br/>
              <w:t>(h-h-h...)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ใช้ร่วมกับท่อนเพลงเศร้าจัดๆ ช่วยให้นักร้องดูเหมือนกำลังจะร้องไห้ขณะร้อง</w:t>
            </w:r>
          </w:p>
        </w:tc>
      </w:tr>
    </w:tbl>
    <w:p>
      <w:pPr>
        <w:spacing w:after="240"/>
      </w:pP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ตารางคำสั่งอารมณ์และเสียงสอดแทรก (Vocal Emotions &amp; Interruptions):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FFF2CC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เสียงที่ต้องการ</w:t>
            </w:r>
          </w:p>
        </w:tc>
        <w:tc>
          <w:tcPr>
            <w:tcW w:type="dxa" w:w="3120"/>
            <w:shd w:val="clear" w:color="auto" w:fill="FFF2CC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โค้ดพิมพ์ในช่อง Lyrics</w:t>
            </w:r>
          </w:p>
        </w:tc>
        <w:tc>
          <w:tcPr>
            <w:tcW w:type="dxa" w:w="3120"/>
            <w:shd w:val="clear" w:color="auto" w:fill="FFF2CC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เทคนิคการใช้งาน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เสียงหัวเราะเยาะ / ขำในคอ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[Chuckle]</w:t>
              <w:br/>
              <w:t>(Hehe...) หรือ (Hm...)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วางไว้กลางประโยคประชดประชัน หรือท่อนเกริ่นนำก่อนแร็ป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เสียงหัวเราะสะใจ / สนุกสนาน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[Laugh]</w:t>
              <w:br/>
              <w:t>(Haha!) หรือ (Ahahaha!)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การใส่เครื่องหมายตกใจ (!) ช่วยกระตุ้นให้ AI หลุดหัวเราะเสียงดังกระแทกอารมณ์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เสียงสะอื้น / สูดน้ำมูก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[Sob]</w:t>
              <w:br/>
              <w:t>(Sniff...) หรือ (uh-huh...)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วางไว้คั่นระหว่างท่อน Verse กับ Chorus เพื่อบิ้วด์อารมณ์อกหักปางตาย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เสียงครางในคอ (เจ็บปวด/เซ็กซี่)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[Groan]</w:t>
              <w:br/>
              <w:t>(Ugh...) หรือ (Mmmm...)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เหมาะสำหรับใส่ในเพลงแนว R&amp;B, Blues หรือ Rock หนักๆ เพื่อดึงอารมณ์ร่วม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เสียงกระแอม / ไอเปิดเพลง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[Clear throat]</w:t>
              <w:br/>
              <w:t>(Ahem...) หรือ (Cough...)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เหมาะสำหรับใส่ในท่อน [Intro] ก่อนที่จะเริ่มท่อนพูดหรือท่อนร้องจริง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เสียงฮัมเพลงไร้คำร้อง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[Humming]</w:t>
              <w:br/>
              <w:t>(Mm-mm-m...)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สั่งให้นักร้องร้องทำนองเปล่าๆ โดยไม่เปล่งคำร้อง นิยมใช้ทิ้งท้ายช่วง Outro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5: เทคนิคควบคุมดนตรีและเอฟเฟกต์เสียง (Instrument &amp; SFX)</w:t>
      </w:r>
    </w:p>
    <w:p>
      <w:r>
        <w:t>เทคนิคการจำลองเสียงเอฟเฟกต์ธรรมชาติ (SFX) และการควบคุมจังหวะตกของเครื่องดนตรี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FCE4D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เป้าหมายเอฟเฟกต์</w:t>
            </w:r>
          </w:p>
        </w:tc>
        <w:tc>
          <w:tcPr>
            <w:tcW w:type="dxa" w:w="3120"/>
            <w:shd w:val="clear" w:color="auto" w:fill="FCE4D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โค้ดคำสั่งผสมในช่อง Lyrics</w:t>
            </w:r>
          </w:p>
        </w:tc>
        <w:tc>
          <w:tcPr>
            <w:tcW w:type="dxa" w:w="3120"/>
            <w:shd w:val="clear" w:color="auto" w:fill="FCE4D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คำอธิบายเชิงเทคนิค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เสียงนาฬิกาเดิน 3 ที แล้วดนตรีขึ้น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[Intro]</w:t>
              <w:br/>
              <w:t>[Sound effect: clock ticking x3]</w:t>
              <w:br/>
              <w:t>(Tick... Tick... Tick...)</w:t>
              <w:br/>
              <w:t>[Beat Drop]</w:t>
              <w:br/>
              <w:t>เจอกันอีกครั้ง...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วงเล็บโค้งที่มีจุดไข่ปลาช่วยคุมความเร็ว (Tempo) ของเสียงนาฬิกาให้ทิ้งช่วงสม่ำเสมอ ก่อนระเบิดบีตเข้าเพลง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เสียงหัวใจเต้น 3 ที เปิดตัวเพลงเศ้า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[Intro]</w:t>
              <w:br/>
              <w:t>[Sound effect: heavy heartbeat 3 times]</w:t>
              <w:br/>
              <w:t>(Thump... Thump... Thump...)</w:t>
              <w:br/>
              <w:t>[Full Band Enter]</w:t>
              <w:br/>
              <w:t>เจอกันอีกครั้ง...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 Thump จะกระตุ้นความถี่ต่ำ (Bass) ให้สร้างเสียงทุ้มเลียนแบบหัวใจเต้นได้สมจริง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เสียงบรรยากาศฝนตกฟ้าร้อง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[Intro]</w:t>
              <w:br/>
              <w:t>[Atmosphere: heavy rain and distant thunder]</w:t>
              <w:br/>
              <w:t>[Soft Piano Intro]</w:t>
              <w:br/>
              <w:t>(Shhhhhh...)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 Shhhhhh เลียนแบบเสียงฝนตกพรำๆ ช่วยเปิดช่องสัญญาณเสียงรบกวนสีขาว (White Noise) ให้ดนตรีดูหม่น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ดนตรีกระตุกแบบแผ่นสะดุด (Glitch)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รักเธอเท่าฟ้าแต่ว่าวันนี้ [Glitch] (ตึ-ตึ-ตึ) เธอเปลี่ยนไป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การยัดแท็กกลางประโยคคู่กับคำซ้ำสั้นๆ บีบให้ AI สับสวิตช์จังหวะเครื่องดนตรีให้ขาดตอนชั่วคราว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สั่งดรอปเครื่องดนตรี เหลือชิ้นเดียว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[Instrumental Breakdown]</w:t>
              <w:br/>
              <w:t>[Bass Guitar Only]</w:t>
              <w:br/>
              <w:t>[Minimalist Beat]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เป็นการบังคับให้เครื่องดนตรีชิ้นอื่นหยุดเล่นชั่วคราว เพื่อโชว์ไลน์เบสหรือไลน์กลองเดี่ยวๆ ก่อนส่งเข้าท่อนถัดไป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6: เทคนิคควบคุมระดับเสียงร้อง สูง-ต่ำ เฉพาะคำ (Pitch &amp; Tone Control)</w:t>
      </w:r>
    </w:p>
    <w:p>
      <w:r>
        <w:t>บังคับทิศทางเสียงของนักร้องให้กดต่ำลงหรือพุ่งสูงขึ้นเฉพาะคำเป้าหมายกลางประโยค โดยใช้วิธีฝัง Inline Tags ไว้หนาคำ หรือการใช้เครื่องหมายวรรคตอนควบคุมระดับอารมณ์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E1D5E7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การควบคุมคีย์เสียง</w:t>
            </w:r>
          </w:p>
        </w:tc>
        <w:tc>
          <w:tcPr>
            <w:tcW w:type="dxa" w:w="3120"/>
            <w:shd w:val="clear" w:color="auto" w:fill="E1D5E7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โค้ดพิมพ์ในช่อง Lyrics</w:t>
            </w:r>
          </w:p>
        </w:tc>
        <w:tc>
          <w:tcPr>
            <w:tcW w:type="dxa" w:w="3120"/>
            <w:shd w:val="clear" w:color="auto" w:fill="E1D5E7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ผลลัพธ์ดนตรี / เทคนิคเพิ่มเติม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บังคับลงเสียงสูงฉับพลัน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[High Note] ครั้ง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บีบให้ AI ร้องโน้ตที่สูงขึ้นทันทีในคำนั้น เหมาะกับท่อนพีคกลางประโยค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เสียงหลบสูงหวานใส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[Falsetto] ครั้ง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สั่งให้นักร้องใช้เสียงหลบ (Head Voice) ร้องตัวโน้ตสูงแบบละมุน นุ่มนวล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ลากเสียงสูงแบบโชว์พลัง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[Belting] ครั้ง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ร้องตะเบ็งกระแทกเสียงสูงเต็มเสียง เนื้อเสียงหนาและทรงพลัง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บังคับกดเสียงให้ต่ำลง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[Low Note] ครั้ง หรือ</w:t>
              <w:br/>
              <w:t>เจอกันอีก [Low Pitch] ครั้ง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สั่งให้ AI กดคีย์เสียงร้องให้ต่ำลงกว่าระดับปกติฉับพลัน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เสียงทุ้มลึกหนามีน้ำหนัก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[Deep] ครั้ง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เปลี่ยนเนื้อเสียงให้หนา ทุ้มลึก และต่ำดิ่งลง สร้างความรู้สึกดรามาติก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หลอกเสียงสูงด้วยเครื่องหมายตกใจ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ครั้ง!!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การเติมเครื่องหมายตกใจ (!) จะเร่งอารมณ์ให้ AI บีบเสียงร้องพุ่งสูงขึ้นอัตโนมัติ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หลอกเสียงต่ำทุ้มด้วยวงเล็บ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เจอกันอีก (ครั้ง...)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การครอบคำไว้ด้วยวงเล็บโค้งคู่กับจุดไข่ปลา จะดร็อปเสียงร้องลงต่ำ คล้ายเสียงพึมพำ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7: เทคนิคเอฟเฟกต์เสียงร้องและมิติดนตรีขั้นสตูดิโอ (NEW)</w:t>
      </w:r>
    </w:p>
    <w:p>
      <w:r>
        <w:t>ปรับแต่งโทนเสียงผ่านเอฟเฟกต์ฟิลเตอร์เลียนแบบอุปกรณ์สตูดิโอ และการเปลี่ยนจังหวะ (Tempo Transitions) กลางคันเพื่อให้เพลงมีมิติไม่น่าเบื่อ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D2E5FF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ประเภทคำสั่ง</w:t>
            </w:r>
          </w:p>
        </w:tc>
        <w:tc>
          <w:tcPr>
            <w:tcW w:type="dxa" w:w="3120"/>
            <w:shd w:val="clear" w:color="auto" w:fill="D2E5FF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โค้ดพิมพ์ในช่อง Lyrics</w:t>
            </w:r>
          </w:p>
        </w:tc>
        <w:tc>
          <w:tcPr>
            <w:tcW w:type="dxa" w:w="3120"/>
            <w:shd w:val="clear" w:color="auto" w:fill="D2E5FF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sz w:val="26"/>
              </w:rPr>
              <w:t>ผลลัพธ์ดนตรี / ซาวด์เอฟเฟกต์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เอฟเฟกต์ไมค์วิทยุเก่า / โทรศัพท์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[Radio Filter] หรือ</w:t>
              <w:br/>
              <w:t>[Telephone Effect]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ปรับเสียงร้องให้บีบแหบแห้งเหมือนร้องผ่านวิทยุโบราณ หรือสายโทรศัพท์ เหมาะกับท่อนเปิด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เสียงสะท้อนก้องกังวานอลังการ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[Reverb Vocals] หรือ</w:t>
              <w:br/>
              <w:t>[Echo Effect]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เพิ่มมิติเสียงสะท้อนเหมือนร้องในฮอลล์คอนเสิร์ตขนาดใหญ่ ช่วยให้เสียงลอยละมุน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เสียงหุ่นยนต์ไซไฟ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[Vocoder] หรือ [Auto-Tune]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แปลงเสียงนักร้องธรรมดาให้เป็นเสียงสังเคราะห์สไตล์อิเล็กทรอนิกส์ เหมาะกับแนว EDM / Trap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เสียงร้องแตกพร่าดุดัน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[Distorted Vocals]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เอฟเฟกต์เสียงแตกพร่า ดิบ เถื่อน เหมาะกับท่อนกระแทกกระทั้นในเพลง Rock / Metal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ดร็อปจังหวะช้าลงครึ่งหนึ่ง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[Half-Time]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สั่งดร็อปบีตกลองให้เคาะช้าลงครึ่งหนึ่งฉับพลัน ดนตรีจะดูหน่วงและหนักแน่น (ฮิตมากในท่อน Bridge)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เร่งจังหวะเร็วขึ้นเท่าตัว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[Double-Time]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สั่งเร่งจังหวะดนตรีรอบข้างให้เร็วขึ้นเป็น 2 เท่าตัว โดยที่ระดับการร้องยังคงความเร็วเท่าเดิม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ดนตรีค่อยๆ เร่งความเร็ว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[Tempo Change: Fast] หรือ</w:t>
              <w:br/>
              <w:t>[Accelerando]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สั่งให้วงดนตรีค่อยๆ เร่งจังหวะสปีดความเร็วขึ้นเรื่อยๆ สร้างความตื่นเต้นเร้าใจ</w:t>
            </w:r>
          </w:p>
        </w:tc>
      </w:tr>
      <w:tr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เปลี่ยนสัดส่วนจังหวะเคาะ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[3/4 Time Signature Change]</w:t>
            </w:r>
          </w:p>
        </w:tc>
        <w:tc>
          <w:tcPr>
            <w:tcW w:type="dxa" w:w="3120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r>
              <w:rPr>
                <w:sz w:val="24"/>
              </w:rPr>
              <w:t>สั่งเปลี่ยนจังหวะการตบห้องดนตรีจาก 4/4 เป็นจังหวะวอลซ์ (Waltz) หรือจังหวะสามช่าสากล</w:t>
            </w:r>
          </w:p>
        </w:tc>
      </w:tr>
    </w:tbl>
    <w:p>
      <w:pPr>
        <w:spacing w:after="240"/>
      </w:pP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8: เทคนิคพิเศษขั้นเซียนปราบ AI v5.5 (NEW)</w:t>
      </w:r>
    </w:p>
    <w:p>
      <w:r>
        <w:t>รวบรวมทริกซ่อนรูป (Hidden Hacks) จากกลุ่มโปรดิวเซอร์สากล สำหรับแก้ปัญหาเฉพาะหน้าและเพิ่มความแพรวพราวให้บทเพลง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1. เทคนิคแก้ปัญหาภาษาไทยร้องเพี้ยน (Phonetic Spelling):</w:t>
      </w:r>
    </w:p>
    <w:p>
      <w:r>
        <w:t>บางครั้งวรรณยุกต์หรือคำควบกล้ำไทยจะทำ AI สับสน ให้แก้เนื้อเพลงในช่อง Lyrics สลับมาใช้การสะกดตามเสียงอ่าน หรือใช้เครื่องหมายแดช (-) แยกพยางค์ เช่น:</w:t>
        <w:br/>
        <w:t>• คำว่า 'ความรัก' ร้องไม่ชัด -&gt; ให้แก้เป็น 'คฺวามรัก' หรือ 'ค-วาม-รัก'</w:t>
        <w:br/>
        <w:t>• คำว่า 'เปรี้ยว' เพี้ยนคีย์ -&gt; ให้ลองสะกดหลอกเป็น 'ปรี๊ยว' หรือ 'เปรียว!'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2. เทคนิคควบคุมความเดือดของท่อนโซโล่ดนตรี (Advanced Solos):</w:t>
      </w:r>
    </w:p>
    <w:p>
      <w:r>
        <w:t>การใช้แค่คำว่า [Guitar Solo] ดนตรีอาจจะเอื่อยเกินไป v5.5 สามารถรับคำสั่งขยายสไตล์เครื่องดนตรีได้ดังนี้:</w:t>
        <w:br/>
        <w:t>• [Shredding Electric Guitar Solo] = โซโล่กีตาร์ไฟฟ้าแบบสับนิ้วรัวดุเดือด (แนว Rock / Metal)</w:t>
        <w:br/>
        <w:t>• [Melancholic Violin Solo] = โซโล่ไวโอลินแนวเศร้าสร้อยกรีดใจ ดึงอารมณ์น้ำตานอง</w:t>
        <w:br/>
        <w:t>• [Funky Slap Bass Solo] = โซโล่ดีดตบสายเบสโชว์ไลน์จังหวะหนึบๆ (แนว Funk / R&amp;B)</w:t>
        <w:br/>
        <w:t>• [Improvisational Saxophone Solo] = โซโล่แซกโซโฟนแบบด้นสด พลิ้วไหว (แนว Jazz / Soul)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3. เทคนิคใส่เสียงแอดลิบ และคอรัสประสานไลน์สอง (Ad-libs &amp; Backing Vocals):</w:t>
      </w:r>
    </w:p>
    <w:p>
      <w:r>
        <w:t>บีบให้ AI เพิ่มเสียงมิติด้านหลัง ไม่ให้เสียงร้องดูโล่งเกินไป:</w:t>
        <w:br/>
        <w:t>• เสียงประสานคอรัส: พิมพ์แท็ก `[Backing Vocals]` ไว้บรรทัดบน แล้วใส่คำร้องในวงเล็บโค้ง `(คำร้อง...)` ไว้บรรทัดล่าง</w:t>
        <w:br/>
        <w:t>• เสียงอุทานแอดลิบ: แทรกวงเล็บโค้งไว้ท้ายประโยคดื้อๆ เช่น `(Yeah!)`, `(Oh baby...)`, `(Woo!)` AI จะสลับไปใช้เสียงหลบอุทานตามจังหวะ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4. เทคนิคพิมพ์หลอกอารมณ์ด้วย Typography:</w:t>
      </w:r>
    </w:p>
    <w:p>
      <w:r>
        <w:t>• พิมพ์ตัวพิมพ์ใหญ่ทั้งหมด (ALL CAPS): เช่น `RUN NOW!` คู่กับแท็ก `[Scream]` จะกระตุ้นเสียงตะโกนสุดพลังเสียง</w:t>
        <w:br/>
        <w:t>• พิมพ์เว้นสเปซ (S p a c i n g): เช่น `ค ว า ม รั ก` บังคับให้นักร้องสะกดคำช้าๆ เน้นทีละพยางค์ ไม่ร้องรวบคำ</w:t>
        <w:br/>
        <w:t>• พิมพ์คำซ้ำถี่ๆ: เช่น `รัก รัก รักเธอ...` AI จะดีไซน์เป็นเสียงเอฟเฟกต์ดีเลย์แผ่นตกร่องให้อัตโนมัติ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5. เทคนิคท่อนจบสั่งตาย (Advanced Outros):</w:t>
      </w:r>
    </w:p>
    <w:p>
      <w:r>
        <w:t>ควบคุมตอนจบไม่ให้เพลงไหลวนไร้จุดหมาย โดยพิมพ์คำสั่งเหล่านี้ไว้บรรทัดสุดท้ายสุดของเนื้อร้อง:</w:t>
        <w:br/>
        <w:t>• [Sudden Cut] หรือ [Abrupt Stop] = หักดิบดนตรีและเสียงร้องให้ตัดฉับเงียบสนิททันทีในโน้ตตัวสุดท้าย</w:t>
        <w:br/>
        <w:t>• [Fade Out] = สั่งให้ระบบค่อยๆ หรี่เสียงดนตรีลงจนจางหายไปเอง</w:t>
        <w:br/>
        <w:t>• [Big Finish] ตามด้วย [Stinger] = ดนตรีระเบิดรัวกลองชุดใหญ่ส่งท้าย แล้วตบฉาบปล่อยหางคอร์ดกีตาร์ทิ้งท้ายยาวๆ คล้ายดนตรีสด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9: สูตรลับการสร้างเสียง Echo สะกดอารมณ์ให้คนฟังอึ้ง/สตั้น (NEW)</w:t>
      </w:r>
    </w:p>
    <w:p>
      <w:r>
        <w:t>การทำเสียงเอคโค่แบบดึงอารมณ์ให้คนฟังรู้สึกช็อก สตั้น หรือขนลุกในเวอร์ชัน v5.5 จำเป็นต้องใช้การสลับระหว่างเสียงร้องเอคโค่ลอยๆ และความเงียบสงัดแบบสูญญากาศ (Void Effect)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สูตรที่ 1: ดนตรีหักดิบตัดเงียบสนิท (Haunting Echo + Sudden Void)</w:t>
      </w:r>
    </w:p>
    <w:p>
      <w:r>
        <w:t>ปล่อยให้เสียงร้องสะท้อนลอยออกไป จากนั้นดับดนตรีทุกชิ้นทันทีเพื่อให้คนฟังรู้สึกใจหายและตั้งใจฟังประโยคถัดไป</w:t>
      </w:r>
    </w:p>
    <w:p>
      <w:pPr>
        <w:ind w:left="360"/>
      </w:pPr>
      <w:r>
        <w:rPr>
          <w:sz w:val="24"/>
        </w:rPr>
        <w:t>[Chorus]</w:t>
        <w:br/>
        <w:t>รักเธอจนวันตาย...</w:t>
        <w:br/>
        <w:t>[Haunting Echo]</w:t>
        <w:br/>
        <w:t>(วันตาย...) (...วันตาย...)</w:t>
        <w:br/>
        <w:br/>
        <w:t>[Tacet]</w:t>
        <w:br/>
        <w:t>[Sudden Silence]</w:t>
        <w:br/>
        <w:t>*(เว้นวรรคว่างไว้ตรงนี้ 1 บรรทัดเต็มเพื่อสั่งให้ดนตรีดับสนิทจนคนฟังอึ้ง)*</w:t>
        <w:br/>
        <w:br/>
        <w:t>[Verse 2]</w:t>
        <w:br/>
        <w:t>แต่เธอกลับ... ทิ้งฉันไป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สูตรที่ 2: เอคโค่สไตล์ภาพยนตร์เวิ้งว้าง (Cinematic Drop Reverb)</w:t>
      </w:r>
    </w:p>
    <w:p>
      <w:r>
        <w:t>สร้างเสียงก้องสะท้อนสไตล์เพลงประกอบหนังฟอร์มยักษ์ ร่วมกับการกระแทกคลื่นเบสความถี่ต่ำด้านหลัง</w:t>
      </w:r>
    </w:p>
    <w:p>
      <w:pPr>
        <w:ind w:left="360"/>
      </w:pPr>
      <w:r>
        <w:rPr>
          <w:sz w:val="24"/>
        </w:rPr>
        <w:t>[Bridge]</w:t>
        <w:br/>
        <w:t>[Cinematic Reverb]</w:t>
        <w:br/>
        <w:t>[Ethereal Vocals]</w:t>
        <w:br/>
        <w:t>หยุดตรงนี้... (ตรงนี้...)</w:t>
        <w:br/>
        <w:br/>
        <w:t>[Sub-bass Drop]</w:t>
        <w:br/>
        <w:t>[Instrumental Breakdown]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10: เคล็ดลับเจาะลึกพิเศษสำหรับ Suno v5.5 (แก้ปัญหา AI ดื้อ)</w:t>
      </w:r>
    </w:p>
    <w:p>
      <w:r>
        <w:t>เนื่องจาก Suno v5.5 ถูกพัฒนาด้วยฐานข้อมูลที่ใหญ่ขึ้น ทำให้มันมีความคิดเป็นของตัวเองและมักจะเมินเฉยต่อแท็กตรงๆ หากเขียนไม่ถูกจังหวะ นี่คือ เทคนิคชั้นเซียนในการปราบความดื้อของ v5.5:</w:t>
      </w:r>
    </w:p>
    <w:p>
      <w:r>
        <w:t>• เทคนิค Spacing &amp; Blank Lines (การใช้ช่องว่างคุมจังหวะ): การกด Enter เว้นบรรทัดว่างไว้ 1-2 บรรทัด มีผลเท่ากับการสั่งพักดนตรีชั่วครู่หรือยืดจังหวะหายใจ</w:t>
        <w:br/>
        <w:t>• เทคนิคการใช้เครื่องหมายวรรคตอน (Punctuation Magic):</w:t>
        <w:br/>
        <w:t xml:space="preserve">  - จุดไข่ปลา (...) : ใช้เมื่อต้องการให้นักร้องทอดเสียงลากยาว หรือดึงจังหวะลมหายใจให้ช้าลง รวมถึงการลดคีย์เสียงให้ต่ำลง</w:t>
        <w:br/>
        <w:t xml:space="preserve">  - เครื่องหมายตกใจ (!) : บังคับให้นักร้องตะโกน กระแทกเสียง ร้องเน้น หรือขึ้นคีย์เสียงสูงแบบฉับพลัน</w:t>
        <w:br/>
        <w:t xml:space="preserve">  - เครื่องหมายจุลภาค ( , , , ) : การใส่ลูกน้ำติดกันหลายๆ ตัวในบรรทัดว่าง ช่วยสั่งให้ดนตรีหยุดเดินเพื่อรอคำร้องถัดไปได้</w:t>
        <w:br/>
        <w:t>• เทคนิค Mid-Line Tagging (แทรกกลางประโยค): การสั่งหยุดเพลงหรือเปลี่ยนคีย์เสียงด้วยแท็กเดี่ยวๆ ที่ต้นบรรทัด มักจะล้มเหลวเพราะ AI คิดว่าเป็นชื่อท่อน ให้ย้ายแท็กไปวางไว้ตรงกลางประโยคก่อนถึงคำที่ต้องการเอฟเฟกต์ทันที (เช่น หน้าคำว่า ครั้ง) วิธีนี้จะบีบให้ AI ต้องประมวลผลคำสั่งในเสี้ยววินาทีนั้นพอดี</w:t>
      </w:r>
    </w:p>
    <w:p>
      <w:pPr>
        <w:pStyle w:val="Heading1"/>
        <w:keepNext/>
        <w:spacing w:before="240" w:after="120"/>
      </w:pPr>
      <w:r>
        <w:rPr>
          <w:rFonts w:ascii="Angsana New" w:hAnsi="Angsana New"/>
          <w:b/>
          <w:color w:val="1F4E79"/>
          <w:sz w:val="40"/>
        </w:rPr>
        <w:t>หมวดที่ 11: แม่แบบโครงสร้างเพลงพร้อมใช้ (Templates)</w:t>
      </w:r>
    </w:p>
    <w:p>
      <w:r>
        <w:t>คุณสามารถก๊อปปี้โครงสร้างเนื้อร้องด้านล่างนี้ไปปรับเปลี่ยนคำร้อง เพื่อทดสอบเอฟเฟกต์ทั้งหมดได้ทันที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แม่แบบที่ 1: ร้องก่อนดนตรีตาม + สั่งเน้นเสียงสูงเฉพาะคำ (Pickup &amp; High Pitch)</w:t>
      </w:r>
    </w:p>
    <w:p>
      <w:pPr>
        <w:ind w:left="360"/>
      </w:pPr>
      <w:r>
        <w:rPr>
          <w:sz w:val="24"/>
        </w:rPr>
        <w:t>[Acapella Intro]</w:t>
        <w:br/>
        <w:t>เจอกันอีก</w:t>
        <w:br/>
        <w:t>[High Note] ครั้ง!!</w:t>
        <w:br/>
        <w:t>[Full Band Enter]</w:t>
        <w:br/>
        <w:t>[Verse 1]</w:t>
        <w:br/>
        <w:t>[Soft inhale]</w:t>
        <w:br/>
        <w:t>ท้องฟ้าวันนี้ดูเปลี่ยนไป ไม่เหมือนเก่า...</w:t>
      </w:r>
    </w:p>
    <w:p>
      <w:pPr>
        <w:pStyle w:val="Heading2"/>
        <w:keepNext/>
        <w:spacing w:before="240" w:after="120"/>
      </w:pPr>
      <w:r>
        <w:rPr>
          <w:rFonts w:ascii="Angsana New" w:hAnsi="Angsana New"/>
          <w:b/>
          <w:color w:val="2F5597"/>
          <w:sz w:val="32"/>
        </w:rPr>
        <w:t>แม่แบบที่ 2: เพลงเปิดเอฟเฟกต์วิทยุ + ดีไซน์ท่อนจบกระชากอารมณ์ให้อึ้งด้วย Echo สตั้น</w:t>
      </w:r>
    </w:p>
    <w:p>
      <w:pPr>
        <w:ind w:left="360"/>
      </w:pPr>
      <w:r>
        <w:rPr>
          <w:sz w:val="24"/>
        </w:rPr>
        <w:t>[Intro]</w:t>
        <w:br/>
        <w:t>[Radio Filter]</w:t>
        <w:br/>
        <w:t>[Clear throat]</w:t>
        <w:br/>
        <w:t>(Ahem...)</w:t>
        <w:br/>
        <w:t>[Sound effect: clock ticking x3]</w:t>
        <w:br/>
        <w:t>(Tick... Tick... Tick...)</w:t>
        <w:br/>
        <w:t>[Beat Drop]</w:t>
        <w:br/>
        <w:t>[Verse 1]</w:t>
        <w:br/>
        <w:t>เวลาเดินไปไม่เคยรอใคร</w:t>
        <w:br/>
        <w:t>เดินผ่านความทรงจำของเรา</w:t>
        <w:br/>
        <w:br/>
        <w:t>[Chorus]</w:t>
        <w:br/>
        <w:t>แต่ในวันนี้เธอเดินจากไป [Tacet] ทิ้ง... ให้ฉันเหงาตาย</w:t>
        <w:br/>
        <w:t>[Haunting Echo]</w:t>
        <w:br/>
        <w:t>(เหงาตาย...) (...เหงาตาย...)</w:t>
        <w:br/>
        <w:br/>
        <w:t>[Tacet]</w:t>
        <w:br/>
        <w:t>[Sudden Silence]</w:t>
        <w:br/>
        <w:br/>
        <w:t>[Outro]</w:t>
        <w:br/>
        <w:t>[Heavy sigh]</w:t>
        <w:br/>
        <w:t>(Haaah...)</w:t>
        <w:br/>
        <w:t>อยากบอกว่ารักเธอเป็น [Low Note] (ครั้ง...) สุดท้าย...</w:t>
        <w:br/>
        <w:t>[Big Finish]</w:t>
        <w:br/>
        <w:t>[Stinger]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ngsana New" w:hAnsi="Angsana New"/>
      <w:color w:val="262626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